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480" w:after="0"/>
        <w:jc w:val="center"/>
        <w:rPr/>
      </w:pPr>
      <w:r>
        <w:rPr/>
        <w:t>Spis z natury (remanent) – wzór</w:t>
      </w:r>
    </w:p>
    <w:p>
      <w:pPr>
        <w:pStyle w:val="Normal"/>
        <w:rPr/>
      </w:pPr>
      <w:r>
        <w:rPr/>
        <w:t>Data sporządzenia: __________________________</w:t>
      </w:r>
    </w:p>
    <w:p>
      <w:pPr>
        <w:pStyle w:val="Normal"/>
        <w:rPr/>
      </w:pPr>
      <w:r>
        <w:rPr/>
        <w:t>Miejsce sporządzenia: _______________________</w:t>
      </w:r>
    </w:p>
    <w:p>
      <w:pPr>
        <w:pStyle w:val="Normal"/>
        <w:rPr/>
      </w:pPr>
      <w:r>
        <w:rPr/>
        <w:t>Nazwa firmy: ________________________________</w:t>
      </w:r>
    </w:p>
    <w:p>
      <w:pPr>
        <w:pStyle w:val="Normal"/>
        <w:rPr/>
      </w:pPr>
      <w:r>
        <w:rPr/>
        <w:t>NIP: _______________________________________</w:t>
      </w:r>
    </w:p>
    <w:p>
      <w:pPr>
        <w:pStyle w:val="Normal"/>
        <w:rPr/>
      </w:pPr>
      <w:r>
        <w:rPr/>
      </w:r>
    </w:p>
    <w:tbl>
      <w:tblPr>
        <w:tblStyle w:val="TableGrid"/>
        <w:tblW w:w="863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34"/>
        <w:gridCol w:w="1233"/>
        <w:gridCol w:w="1235"/>
        <w:gridCol w:w="1233"/>
        <w:gridCol w:w="1235"/>
        <w:gridCol w:w="1233"/>
        <w:gridCol w:w="1234"/>
      </w:tblGrid>
      <w:tr>
        <w:trPr/>
        <w:tc>
          <w:tcPr>
            <w:tcW w:w="12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Lp.</w:t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Nazwa składnika (towar / materiał / wyrób)</w:t>
            </w:r>
          </w:p>
        </w:tc>
        <w:tc>
          <w:tcPr>
            <w:tcW w:w="12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Jedn. miary</w:t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Ilość</w:t>
            </w:r>
          </w:p>
        </w:tc>
        <w:tc>
          <w:tcPr>
            <w:tcW w:w="12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Cena jedn. (zł)</w:t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Wartość (zł)</w:t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  <w:t>Uwagi</w:t>
            </w:r>
          </w:p>
        </w:tc>
      </w:tr>
      <w:tr>
        <w:trPr/>
        <w:tc>
          <w:tcPr>
            <w:tcW w:w="12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12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12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12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12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12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12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12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12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12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12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12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12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12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12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12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mbria" w:hAnsi="Cambria" w:eastAsia="ＭＳ 明朝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Spis zakończono na pozycji nr _____.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Podpis osoby sporządzającej: __________________________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>Podpis właściciela / osoby odpowiedzialnej: ___________</w:t>
      </w:r>
    </w:p>
    <w:sectPr>
      <w:footerReference w:type="default" r:id="rId2"/>
      <w:type w:val="nextPage"/>
      <w:pgSz w:w="11906" w:h="16838"/>
      <w:pgMar w:left="1800" w:right="1800" w:gutter="0" w:header="0" w:top="1440" w:footer="1440" w:bottom="216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Courier">
    <w:altName w:val="Courier New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bookmarkStart w:id="0" w:name="PageNumWizard_FOOTER_Domyślny_styl_stron"/>
    <w:r>
      <w:rPr/>
      <w:t>S</w:t>
    </w:r>
    <w:bookmarkEnd w:id="0"/>
    <w:r>
      <w:rPr/>
      <w:t xml:space="preserve">tr.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/>
      <w:t xml:space="preserve"> z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jc w:val="center"/>
      <w:rPr>
        <w:sz w:val="16"/>
        <w:szCs w:val="16"/>
      </w:rPr>
    </w:pPr>
    <w:r>
      <w:rPr>
        <w:sz w:val="16"/>
        <w:szCs w:val="16"/>
      </w:rPr>
      <w:t xml:space="preserve">wygenerowano dzięki Honest Finance – </w:t>
    </w:r>
    <w:r>
      <w:rPr>
        <w:b/>
        <w:bCs/>
        <w:sz w:val="16"/>
        <w:szCs w:val="16"/>
      </w:rPr>
      <w:t>honestfinance.pl</w:t>
    </w:r>
    <w:r>
      <w:rPr>
        <w:sz w:val="16"/>
        <w:szCs w:val="16"/>
      </w:rPr>
      <w:t xml:space="preserve"> – Twoja księgowość online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8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Caption1">
    <w:name w:val="caption1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Nagwek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LibreOffice/7.6.4.1$Windows_X86_64 LibreOffice_project/e19e193f88cd6c0525a17fb7a176ed8e6a3e2aa1</Application>
  <AppVersion>15.0000</AppVersion>
  <Pages>1</Pages>
  <Words>61</Words>
  <Characters>491</Characters>
  <CharactersWithSpaces>538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pl-PL</dc:language>
  <cp:lastModifiedBy/>
  <dcterms:modified xsi:type="dcterms:W3CDTF">2025-11-23T22:08:01Z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